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이력서</w:t>
      </w:r>
    </w:p>
    <w:p>
      <w:pPr>
        <w:pStyle w:val="Subtitle"/>
      </w:pPr>
      <w:r>
        <w:t>기본양식 · 지원 기업의 지정 양식이 있는 경우 해당 양식을 우선해 주세요.</w:t>
      </w:r>
    </w:p>
    <w:p>
      <w:pPr>
        <w:pStyle w:val="Heading1"/>
      </w:pPr>
      <w:r>
        <w:t>기본정보</w:t>
      </w:r>
    </w:p>
    <w:tbl>
      <w:tblPr>
        <w:tblW w:type="dxa" w:w="9638"/>
        <w:jc w:val="left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color="D4DBE8"/>
          <w:left w:val="single" w:sz="4" w:color="D4DBE8"/>
          <w:bottom w:val="single" w:sz="4" w:color="D4DBE8"/>
          <w:right w:val="single" w:sz="4" w:color="D4DBE8"/>
          <w:insideH w:val="single" w:sz="4" w:color="D4DBE8"/>
          <w:insideV w:val="single" w:sz="4" w:color="D4DBE8"/>
        </w:tblBorders>
      </w:tblPr>
      <w:tblGrid>
        <w:gridCol w:w="1150"/>
        <w:gridCol w:w="3669"/>
        <w:gridCol w:w="1550"/>
        <w:gridCol w:w="3269"/>
      </w:tblGrid>
      <w:tr>
        <w:trPr>
          <w:cantSplit/>
          <w:tblHeader/>
        </w:trPr>
        <w:tc>
          <w:tcPr>
            <w:tcW w:type="dxa" w:w="1150"/>
            <w:vAlign w:val="center"/>
            <w:shd w:fill="F2F4F7"/>
          </w:tcPr>
          <w:p>
            <w:pPr>
              <w:pStyle w:val="FormLabel"/>
              <w:spacing w:before="80" w:after="80"/>
            </w:pPr>
            <w:r>
              <w:t>항목</w:t>
            </w:r>
          </w:p>
        </w:tc>
        <w:tc>
          <w:tcPr>
            <w:tcW w:type="dxa" w:w="3669"/>
            <w:vAlign w:val="center"/>
            <w:shd w:fill="F2F4F7"/>
          </w:tcPr>
          <w:p>
            <w:pPr>
              <w:pStyle w:val="FormLabel"/>
              <w:spacing w:before="80" w:after="80"/>
            </w:pPr>
            <w:r>
              <w:t>작성 내용</w:t>
            </w:r>
          </w:p>
        </w:tc>
        <w:tc>
          <w:tcPr>
            <w:tcW w:type="dxa" w:w="1550"/>
            <w:vAlign w:val="center"/>
            <w:shd w:fill="F2F4F7"/>
          </w:tcPr>
          <w:p>
            <w:pPr>
              <w:pStyle w:val="FormLabel"/>
              <w:spacing w:before="80" w:after="80"/>
            </w:pPr>
            <w:r>
              <w:t>항목</w:t>
            </w:r>
          </w:p>
        </w:tc>
        <w:tc>
          <w:tcPr>
            <w:tcW w:type="dxa" w:w="3269"/>
            <w:vAlign w:val="center"/>
            <w:shd w:fill="F2F4F7"/>
          </w:tcPr>
          <w:p>
            <w:pPr>
              <w:pStyle w:val="FormLabel"/>
              <w:spacing w:before="80" w:after="80"/>
            </w:pPr>
            <w:r>
              <w:t>작성 내용</w:t>
            </w:r>
          </w:p>
        </w:tc>
      </w:tr>
      <w:tr>
        <w:trPr>
          <w:cantSplit/>
        </w:trPr>
        <w:tc>
          <w:tcPr>
            <w:tcW w:type="dxa" w:w="1150"/>
            <w:vAlign w:val="center"/>
          </w:tcPr>
          <w:p>
            <w:pPr>
              <w:pStyle w:val="FormCell"/>
              <w:spacing w:before="120" w:after="120"/>
            </w:pPr>
            <w:r>
              <w:t>성명</w:t>
            </w:r>
          </w:p>
        </w:tc>
        <w:tc>
          <w:tcPr>
            <w:tcW w:type="dxa" w:w="3669"/>
            <w:vAlign w:val="center"/>
          </w:tcPr>
          <w:p>
            <w:pPr>
              <w:pStyle w:val="FormCell"/>
              <w:spacing w:before="120" w:after="120"/>
            </w:pPr>
            <w:r>
              <w:t xml:space="preserve"> </w:t>
            </w:r>
          </w:p>
        </w:tc>
        <w:tc>
          <w:tcPr>
            <w:tcW w:type="dxa" w:w="1550"/>
            <w:vAlign w:val="center"/>
          </w:tcPr>
          <w:p>
            <w:pPr>
              <w:pStyle w:val="FormCell"/>
              <w:spacing w:before="120" w:after="120"/>
            </w:pPr>
            <w:r>
              <w:t>연락처</w:t>
            </w:r>
          </w:p>
        </w:tc>
        <w:tc>
          <w:tcPr>
            <w:tcW w:type="dxa" w:w="3269"/>
            <w:vAlign w:val="center"/>
          </w:tcPr>
          <w:p>
            <w:pPr>
              <w:pStyle w:val="FormCell"/>
              <w:spacing w:before="120" w:after="120"/>
            </w:pPr>
            <w:r>
              <w:t xml:space="preserve"> </w:t>
            </w:r>
          </w:p>
        </w:tc>
      </w:tr>
      <w:tr>
        <w:trPr>
          <w:cantSplit/>
        </w:trPr>
        <w:tc>
          <w:tcPr>
            <w:tcW w:type="dxa" w:w="1150"/>
            <w:vAlign w:val="center"/>
          </w:tcPr>
          <w:p>
            <w:pPr>
              <w:pStyle w:val="FormCell"/>
              <w:spacing w:before="120" w:after="120"/>
            </w:pPr>
            <w:r>
              <w:t>이메일</w:t>
            </w:r>
          </w:p>
        </w:tc>
        <w:tc>
          <w:tcPr>
            <w:tcW w:type="dxa" w:w="3669"/>
            <w:vAlign w:val="center"/>
          </w:tcPr>
          <w:p>
            <w:pPr>
              <w:pStyle w:val="FormCell"/>
              <w:spacing w:before="120" w:after="120"/>
            </w:pPr>
            <w:r>
              <w:t xml:space="preserve"> </w:t>
            </w:r>
          </w:p>
        </w:tc>
        <w:tc>
          <w:tcPr>
            <w:tcW w:type="dxa" w:w="1550"/>
            <w:vAlign w:val="center"/>
          </w:tcPr>
          <w:p>
            <w:pPr>
              <w:pStyle w:val="FormCell"/>
              <w:spacing w:before="120" w:after="120"/>
            </w:pPr>
            <w:r>
              <w:t>지원 기업</w:t>
            </w:r>
          </w:p>
        </w:tc>
        <w:tc>
          <w:tcPr>
            <w:tcW w:type="dxa" w:w="3269"/>
            <w:vAlign w:val="center"/>
          </w:tcPr>
          <w:p>
            <w:pPr>
              <w:pStyle w:val="FormCell"/>
              <w:spacing w:before="120" w:after="120"/>
            </w:pPr>
            <w:r>
              <w:t xml:space="preserve"> </w:t>
            </w:r>
          </w:p>
        </w:tc>
      </w:tr>
      <w:tr>
        <w:trPr>
          <w:cantSplit/>
        </w:trPr>
        <w:tc>
          <w:tcPr>
            <w:tcW w:type="dxa" w:w="1150"/>
            <w:vAlign w:val="center"/>
          </w:tcPr>
          <w:p>
            <w:pPr>
              <w:pStyle w:val="FormCell"/>
              <w:spacing w:before="120" w:after="120"/>
            </w:pPr>
            <w:r>
              <w:t>지원 분야</w:t>
            </w:r>
          </w:p>
        </w:tc>
        <w:tc>
          <w:tcPr>
            <w:tcW w:type="dxa" w:w="3669"/>
            <w:vAlign w:val="center"/>
          </w:tcPr>
          <w:p>
            <w:pPr>
              <w:pStyle w:val="FormCell"/>
              <w:spacing w:before="120" w:after="120"/>
            </w:pPr>
            <w:r>
              <w:t xml:space="preserve"> </w:t>
            </w:r>
          </w:p>
        </w:tc>
        <w:tc>
          <w:tcPr>
            <w:tcW w:type="dxa" w:w="1550"/>
            <w:vAlign w:val="center"/>
          </w:tcPr>
          <w:p>
            <w:pPr>
              <w:pStyle w:val="FormCell"/>
              <w:spacing w:before="120" w:after="120"/>
            </w:pPr>
            <w:r>
              <w:t>포트폴리오</w:t>
            </w:r>
          </w:p>
        </w:tc>
        <w:tc>
          <w:tcPr>
            <w:tcW w:type="dxa" w:w="3269"/>
            <w:vAlign w:val="center"/>
          </w:tcPr>
          <w:p>
            <w:pPr>
              <w:pStyle w:val="FormCell"/>
              <w:spacing w:before="120" w:after="120"/>
            </w:pPr>
            <w:r>
              <w:t xml:space="preserve"> </w:t>
            </w:r>
          </w:p>
        </w:tc>
      </w:tr>
    </w:tbl>
    <w:p>
      <w:pPr>
        <w:pStyle w:val="Heading1"/>
      </w:pPr>
      <w:r>
        <w:t>학력</w:t>
      </w:r>
    </w:p>
    <w:tbl>
      <w:tblPr>
        <w:tblW w:type="dxa" w:w="9638"/>
        <w:jc w:val="left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color="D4DBE8"/>
          <w:left w:val="single" w:sz="4" w:color="D4DBE8"/>
          <w:bottom w:val="single" w:sz="4" w:color="D4DBE8"/>
          <w:right w:val="single" w:sz="4" w:color="D4DBE8"/>
          <w:insideH w:val="single" w:sz="4" w:color="D4DBE8"/>
          <w:insideV w:val="single" w:sz="4" w:color="D4DBE8"/>
        </w:tblBorders>
      </w:tblPr>
      <w:tblGrid>
        <w:gridCol w:w="1900"/>
        <w:gridCol w:w="2900"/>
        <w:gridCol w:w="2900"/>
        <w:gridCol w:w="1938"/>
      </w:tblGrid>
      <w:tr>
        <w:trPr>
          <w:cantSplit/>
          <w:tblHeader/>
        </w:trPr>
        <w:tc>
          <w:tcPr>
            <w:tcW w:type="dxa" w:w="1900"/>
            <w:vAlign w:val="center"/>
            <w:shd w:fill="F2F4F7"/>
          </w:tcPr>
          <w:p>
            <w:pPr>
              <w:pStyle w:val="FormLabel"/>
              <w:spacing w:before="80" w:after="80"/>
            </w:pPr>
            <w:r>
              <w:t>기간</w:t>
            </w:r>
          </w:p>
        </w:tc>
        <w:tc>
          <w:tcPr>
            <w:tcW w:type="dxa" w:w="2900"/>
            <w:vAlign w:val="center"/>
            <w:shd w:fill="F2F4F7"/>
          </w:tcPr>
          <w:p>
            <w:pPr>
              <w:pStyle w:val="FormLabel"/>
              <w:spacing w:before="80" w:after="80"/>
            </w:pPr>
            <w:r>
              <w:t>학교 / 교육기관</w:t>
            </w:r>
          </w:p>
        </w:tc>
        <w:tc>
          <w:tcPr>
            <w:tcW w:type="dxa" w:w="2900"/>
            <w:vAlign w:val="center"/>
            <w:shd w:fill="F2F4F7"/>
          </w:tcPr>
          <w:p>
            <w:pPr>
              <w:pStyle w:val="FormLabel"/>
              <w:spacing w:before="80" w:after="80"/>
            </w:pPr>
            <w:r>
              <w:t>전공 / 과정</w:t>
            </w:r>
          </w:p>
        </w:tc>
        <w:tc>
          <w:tcPr>
            <w:tcW w:type="dxa" w:w="1938"/>
            <w:vAlign w:val="center"/>
            <w:shd w:fill="F2F4F7"/>
          </w:tcPr>
          <w:p>
            <w:pPr>
              <w:pStyle w:val="FormLabel"/>
              <w:spacing w:before="80" w:after="80"/>
            </w:pPr>
            <w:r>
              <w:t>졸업 / 수료 여부</w:t>
            </w:r>
          </w:p>
        </w:tc>
      </w:tr>
      <w:tr>
        <w:trPr>
          <w:cantSplit/>
        </w:trPr>
        <w:tc>
          <w:tcPr>
            <w:tcW w:type="dxa" w:w="1900"/>
            <w:vAlign w:val="center"/>
          </w:tcPr>
          <w:p>
            <w:pPr>
              <w:pStyle w:val="FormCell"/>
              <w:spacing w:before="120" w:after="120"/>
            </w:pPr>
            <w:r>
              <w:t xml:space="preserve"> </w:t>
            </w:r>
          </w:p>
        </w:tc>
        <w:tc>
          <w:tcPr>
            <w:tcW w:type="dxa" w:w="2900"/>
            <w:vAlign w:val="center"/>
          </w:tcPr>
          <w:p>
            <w:pPr>
              <w:pStyle w:val="FormCell"/>
              <w:spacing w:before="120" w:after="120"/>
            </w:pPr>
            <w:r>
              <w:t xml:space="preserve"> </w:t>
            </w:r>
          </w:p>
        </w:tc>
        <w:tc>
          <w:tcPr>
            <w:tcW w:type="dxa" w:w="2900"/>
            <w:vAlign w:val="center"/>
          </w:tcPr>
          <w:p>
            <w:pPr>
              <w:pStyle w:val="FormCell"/>
              <w:spacing w:before="120" w:after="120"/>
            </w:pPr>
            <w:r>
              <w:t xml:space="preserve"> </w:t>
            </w:r>
          </w:p>
        </w:tc>
        <w:tc>
          <w:tcPr>
            <w:tcW w:type="dxa" w:w="1938"/>
            <w:vAlign w:val="center"/>
          </w:tcPr>
          <w:p>
            <w:pPr>
              <w:pStyle w:val="FormCell"/>
              <w:spacing w:before="120" w:after="120"/>
            </w:pPr>
            <w:r>
              <w:t xml:space="preserve"> </w:t>
            </w:r>
          </w:p>
        </w:tc>
      </w:tr>
      <w:tr>
        <w:trPr>
          <w:cantSplit/>
        </w:trPr>
        <w:tc>
          <w:tcPr>
            <w:tcW w:type="dxa" w:w="1900"/>
            <w:vAlign w:val="center"/>
          </w:tcPr>
          <w:p>
            <w:pPr>
              <w:pStyle w:val="FormCell"/>
              <w:spacing w:before="120" w:after="120"/>
            </w:pPr>
            <w:r>
              <w:t xml:space="preserve"> </w:t>
            </w:r>
          </w:p>
        </w:tc>
        <w:tc>
          <w:tcPr>
            <w:tcW w:type="dxa" w:w="2900"/>
            <w:vAlign w:val="center"/>
          </w:tcPr>
          <w:p>
            <w:pPr>
              <w:pStyle w:val="FormCell"/>
              <w:spacing w:before="120" w:after="120"/>
            </w:pPr>
            <w:r>
              <w:t xml:space="preserve"> </w:t>
            </w:r>
          </w:p>
        </w:tc>
        <w:tc>
          <w:tcPr>
            <w:tcW w:type="dxa" w:w="2900"/>
            <w:vAlign w:val="center"/>
          </w:tcPr>
          <w:p>
            <w:pPr>
              <w:pStyle w:val="FormCell"/>
              <w:spacing w:before="120" w:after="120"/>
            </w:pPr>
            <w:r>
              <w:t xml:space="preserve"> </w:t>
            </w:r>
          </w:p>
        </w:tc>
        <w:tc>
          <w:tcPr>
            <w:tcW w:type="dxa" w:w="1938"/>
            <w:vAlign w:val="center"/>
          </w:tcPr>
          <w:p>
            <w:pPr>
              <w:pStyle w:val="FormCell"/>
              <w:spacing w:before="120" w:after="120"/>
            </w:pPr>
            <w:r>
              <w:t xml:space="preserve"> </w:t>
            </w:r>
          </w:p>
        </w:tc>
      </w:tr>
    </w:tbl>
    <w:p>
      <w:pPr>
        <w:pStyle w:val="Heading1"/>
      </w:pPr>
      <w:r>
        <w:t>경력 · 인턴 · 프로젝트</w:t>
      </w:r>
    </w:p>
    <w:tbl>
      <w:tblPr>
        <w:tblW w:type="dxa" w:w="9638"/>
        <w:jc w:val="left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color="D4DBE8"/>
          <w:left w:val="single" w:sz="4" w:color="D4DBE8"/>
          <w:bottom w:val="single" w:sz="4" w:color="D4DBE8"/>
          <w:right w:val="single" w:sz="4" w:color="D4DBE8"/>
          <w:insideH w:val="single" w:sz="4" w:color="D4DBE8"/>
          <w:insideV w:val="single" w:sz="4" w:color="D4DBE8"/>
        </w:tblBorders>
      </w:tblPr>
      <w:tblGrid>
        <w:gridCol w:w="1900"/>
        <w:gridCol w:w="2900"/>
        <w:gridCol w:w="4838"/>
      </w:tblGrid>
      <w:tr>
        <w:trPr>
          <w:cantSplit/>
          <w:tblHeader/>
        </w:trPr>
        <w:tc>
          <w:tcPr>
            <w:tcW w:type="dxa" w:w="1900"/>
            <w:vAlign w:val="center"/>
            <w:shd w:fill="F2F4F7"/>
          </w:tcPr>
          <w:p>
            <w:pPr>
              <w:pStyle w:val="FormLabel"/>
              <w:spacing w:before="80" w:after="80"/>
            </w:pPr>
            <w:r>
              <w:t>기간</w:t>
            </w:r>
          </w:p>
        </w:tc>
        <w:tc>
          <w:tcPr>
            <w:tcW w:type="dxa" w:w="2900"/>
            <w:vAlign w:val="center"/>
            <w:shd w:fill="F2F4F7"/>
          </w:tcPr>
          <w:p>
            <w:pPr>
              <w:pStyle w:val="FormLabel"/>
              <w:spacing w:before="80" w:after="80"/>
            </w:pPr>
            <w:r>
              <w:t>회사 / 기관 / 프로젝트</w:t>
            </w:r>
          </w:p>
        </w:tc>
        <w:tc>
          <w:tcPr>
            <w:tcW w:type="dxa" w:w="4838"/>
            <w:vAlign w:val="center"/>
            <w:shd w:fill="F2F4F7"/>
          </w:tcPr>
          <w:p>
            <w:pPr>
              <w:pStyle w:val="FormLabel"/>
              <w:spacing w:before="80" w:after="80"/>
            </w:pPr>
            <w:r>
              <w:t>담당 업무 및 성과</w:t>
            </w:r>
          </w:p>
        </w:tc>
      </w:tr>
      <w:tr>
        <w:trPr>
          <w:cantSplit/>
        </w:trPr>
        <w:tc>
          <w:tcPr>
            <w:tcW w:type="dxa" w:w="1900"/>
            <w:vAlign w:val="center"/>
          </w:tcPr>
          <w:p>
            <w:pPr>
              <w:pStyle w:val="FormCell"/>
              <w:spacing w:before="120" w:after="120"/>
            </w:pPr>
            <w:r>
              <w:t xml:space="preserve"> </w:t>
            </w:r>
          </w:p>
        </w:tc>
        <w:tc>
          <w:tcPr>
            <w:tcW w:type="dxa" w:w="2900"/>
            <w:vAlign w:val="center"/>
          </w:tcPr>
          <w:p>
            <w:pPr>
              <w:pStyle w:val="FormCell"/>
              <w:spacing w:before="120" w:after="120"/>
            </w:pPr>
            <w:r>
              <w:t xml:space="preserve"> </w:t>
            </w:r>
          </w:p>
        </w:tc>
        <w:tc>
          <w:tcPr>
            <w:tcW w:type="dxa" w:w="4838"/>
            <w:vAlign w:val="center"/>
          </w:tcPr>
          <w:p>
            <w:pPr>
              <w:pStyle w:val="FormCell"/>
              <w:spacing w:before="120" w:after="120"/>
            </w:pPr>
            <w:r>
              <w:t xml:space="preserve"> </w:t>
            </w:r>
          </w:p>
        </w:tc>
      </w:tr>
      <w:tr>
        <w:trPr>
          <w:cantSplit/>
        </w:trPr>
        <w:tc>
          <w:tcPr>
            <w:tcW w:type="dxa" w:w="1900"/>
            <w:vAlign w:val="center"/>
          </w:tcPr>
          <w:p>
            <w:pPr>
              <w:pStyle w:val="FormCell"/>
              <w:spacing w:before="120" w:after="120"/>
            </w:pPr>
            <w:r>
              <w:t xml:space="preserve"> </w:t>
            </w:r>
          </w:p>
        </w:tc>
        <w:tc>
          <w:tcPr>
            <w:tcW w:type="dxa" w:w="2900"/>
            <w:vAlign w:val="center"/>
          </w:tcPr>
          <w:p>
            <w:pPr>
              <w:pStyle w:val="FormCell"/>
              <w:spacing w:before="120" w:after="120"/>
            </w:pPr>
            <w:r>
              <w:t xml:space="preserve"> </w:t>
            </w:r>
          </w:p>
        </w:tc>
        <w:tc>
          <w:tcPr>
            <w:tcW w:type="dxa" w:w="4838"/>
            <w:vAlign w:val="center"/>
          </w:tcPr>
          <w:p>
            <w:pPr>
              <w:pStyle w:val="FormCell"/>
              <w:spacing w:before="120" w:after="120"/>
            </w:pPr>
            <w:r>
              <w:t xml:space="preserve"> </w:t>
            </w:r>
          </w:p>
        </w:tc>
      </w:tr>
    </w:tbl>
    <w:p>
      <w:pPr>
        <w:pStyle w:val="Heading1"/>
      </w:pPr>
      <w:r>
        <w:t>자격 · 어학 · 보유 역량</w:t>
      </w:r>
    </w:p>
    <w:tbl>
      <w:tblPr>
        <w:tblW w:type="dxa" w:w="9638"/>
        <w:jc w:val="left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color="D4DBE8"/>
          <w:left w:val="single" w:sz="4" w:color="D4DBE8"/>
          <w:bottom w:val="single" w:sz="4" w:color="D4DBE8"/>
          <w:right w:val="single" w:sz="4" w:color="D4DBE8"/>
          <w:insideH w:val="single" w:sz="4" w:color="D4DBE8"/>
          <w:insideV w:val="single" w:sz="4" w:color="D4DBE8"/>
        </w:tblBorders>
      </w:tblPr>
      <w:tblGrid>
        <w:gridCol w:w="1900"/>
        <w:gridCol w:w="2900"/>
        <w:gridCol w:w="4838"/>
      </w:tblGrid>
      <w:tr>
        <w:trPr>
          <w:cantSplit/>
          <w:tblHeader/>
        </w:trPr>
        <w:tc>
          <w:tcPr>
            <w:tcW w:type="dxa" w:w="1900"/>
            <w:vAlign w:val="center"/>
            <w:shd w:fill="F2F4F7"/>
          </w:tcPr>
          <w:p>
            <w:pPr>
              <w:pStyle w:val="FormLabel"/>
              <w:spacing w:before="80" w:after="80"/>
            </w:pPr>
            <w:r>
              <w:t>취득일 / 기간</w:t>
            </w:r>
          </w:p>
        </w:tc>
        <w:tc>
          <w:tcPr>
            <w:tcW w:type="dxa" w:w="2900"/>
            <w:vAlign w:val="center"/>
            <w:shd w:fill="F2F4F7"/>
          </w:tcPr>
          <w:p>
            <w:pPr>
              <w:pStyle w:val="FormLabel"/>
              <w:spacing w:before="80" w:after="80"/>
            </w:pPr>
            <w:r>
              <w:t>자격 / 역량</w:t>
            </w:r>
          </w:p>
        </w:tc>
        <w:tc>
          <w:tcPr>
            <w:tcW w:type="dxa" w:w="4838"/>
            <w:vAlign w:val="center"/>
            <w:shd w:fill="F2F4F7"/>
          </w:tcPr>
          <w:p>
            <w:pPr>
              <w:pStyle w:val="FormLabel"/>
              <w:spacing w:before="80" w:after="80"/>
            </w:pPr>
            <w:r>
              <w:t>등급 / 활용 수준 / 발급기관</w:t>
            </w:r>
          </w:p>
        </w:tc>
      </w:tr>
      <w:tr>
        <w:trPr>
          <w:cantSplit/>
        </w:trPr>
        <w:tc>
          <w:tcPr>
            <w:tcW w:type="dxa" w:w="1900"/>
            <w:vAlign w:val="center"/>
          </w:tcPr>
          <w:p>
            <w:pPr>
              <w:pStyle w:val="FormCell"/>
              <w:spacing w:before="120" w:after="120"/>
            </w:pPr>
            <w:r>
              <w:t xml:space="preserve"> </w:t>
            </w:r>
          </w:p>
        </w:tc>
        <w:tc>
          <w:tcPr>
            <w:tcW w:type="dxa" w:w="2900"/>
            <w:vAlign w:val="center"/>
          </w:tcPr>
          <w:p>
            <w:pPr>
              <w:pStyle w:val="FormCell"/>
              <w:spacing w:before="120" w:after="120"/>
            </w:pPr>
            <w:r>
              <w:t xml:space="preserve"> </w:t>
            </w:r>
          </w:p>
        </w:tc>
        <w:tc>
          <w:tcPr>
            <w:tcW w:type="dxa" w:w="4838"/>
            <w:vAlign w:val="center"/>
          </w:tcPr>
          <w:p>
            <w:pPr>
              <w:pStyle w:val="FormCell"/>
              <w:spacing w:before="120" w:after="120"/>
            </w:pPr>
            <w:r>
              <w:t xml:space="preserve"> </w:t>
            </w:r>
          </w:p>
        </w:tc>
      </w:tr>
      <w:tr>
        <w:trPr>
          <w:cantSplit/>
        </w:trPr>
        <w:tc>
          <w:tcPr>
            <w:tcW w:type="dxa" w:w="1900"/>
            <w:vAlign w:val="center"/>
          </w:tcPr>
          <w:p>
            <w:pPr>
              <w:pStyle w:val="FormCell"/>
              <w:spacing w:before="120" w:after="120"/>
            </w:pPr>
            <w:r>
              <w:t xml:space="preserve"> </w:t>
            </w:r>
          </w:p>
        </w:tc>
        <w:tc>
          <w:tcPr>
            <w:tcW w:type="dxa" w:w="2900"/>
            <w:vAlign w:val="center"/>
          </w:tcPr>
          <w:p>
            <w:pPr>
              <w:pStyle w:val="FormCell"/>
              <w:spacing w:before="120" w:after="120"/>
            </w:pPr>
            <w:r>
              <w:t xml:space="preserve"> </w:t>
            </w:r>
          </w:p>
        </w:tc>
        <w:tc>
          <w:tcPr>
            <w:tcW w:type="dxa" w:w="4838"/>
            <w:vAlign w:val="center"/>
          </w:tcPr>
          <w:p>
            <w:pPr>
              <w:pStyle w:val="FormCell"/>
              <w:spacing w:before="120" w:after="120"/>
            </w:pPr>
            <w:r>
              <w:t xml:space="preserve"> 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Subtitle"/>
      <w:spacing w:after="0"/>
      <w:jc w:val="right"/>
    </w:pPr>
    <w:r>
      <w:t>이력서 기본양식 | 가오픈 제공 일반 양식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Noto Sans CJK KR" w:hAnsi="Noto Sans CJK KR" w:eastAsia="Noto Sans CJK KR"/>
      <w:i w:val="0"/>
      <w:color w:val="19243B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40" w:line="264" w:lineRule="auto"/>
      <w:outlineLvl w:val="0"/>
    </w:pPr>
    <w:rPr>
      <w:rFonts w:asciiTheme="majorHAnsi" w:eastAsiaTheme="majorEastAsia" w:hAnsiTheme="majorHAnsi" w:cstheme="majorBidi" w:ascii="Noto Sans CJK KR" w:hAnsi="Noto Sans CJK KR" w:eastAsia="Noto Sans CJK KR"/>
      <w:b/>
      <w:bCs/>
      <w:i w:val="0"/>
      <w:color w:val="203986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 w:line="264" w:lineRule="auto"/>
      <w:outlineLvl w:val="1"/>
    </w:pPr>
    <w:rPr>
      <w:rFonts w:asciiTheme="majorHAnsi" w:eastAsiaTheme="majorEastAsia" w:hAnsiTheme="majorHAnsi" w:cstheme="majorBidi" w:ascii="Noto Sans CJK KR" w:hAnsi="Noto Sans CJK KR" w:eastAsia="Noto Sans CJK KR"/>
      <w:b/>
      <w:bCs/>
      <w:i w:val="0"/>
      <w:color w:val="20398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 w:line="264" w:lineRule="auto"/>
      <w:outlineLvl w:val="2"/>
    </w:pPr>
    <w:rPr>
      <w:rFonts w:asciiTheme="majorHAnsi" w:eastAsiaTheme="majorEastAsia" w:hAnsiTheme="majorHAnsi" w:cstheme="majorBidi" w:ascii="Noto Sans CJK KR" w:hAnsi="Noto Sans CJK KR" w:eastAsia="Noto Sans CJK KR"/>
      <w:b/>
      <w:bCs/>
      <w:i w:val="0"/>
      <w:color w:val="203986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100" w:line="264" w:lineRule="auto" w:before="0"/>
      <w:contextualSpacing/>
    </w:pPr>
    <w:rPr>
      <w:rFonts w:asciiTheme="majorHAnsi" w:eastAsiaTheme="majorEastAsia" w:hAnsiTheme="majorHAnsi" w:cstheme="majorBidi" w:ascii="Noto Sans CJK KR" w:hAnsi="Noto Sans CJK KR" w:eastAsia="Noto Sans CJK KR"/>
      <w:i w:val="0"/>
      <w:color w:val="203986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before="0" w:after="280" w:line="264" w:lineRule="auto"/>
    </w:pPr>
    <w:rPr>
      <w:rFonts w:asciiTheme="majorHAnsi" w:eastAsiaTheme="majorEastAsia" w:hAnsiTheme="majorHAnsi" w:cstheme="majorBidi" w:ascii="Noto Sans CJK KR" w:hAnsi="Noto Sans CJK KR" w:eastAsia="Noto Sans CJK KR"/>
      <w:i w:val="0"/>
      <w:iCs/>
      <w:color w:val="657087"/>
      <w:spacing w:val="15"/>
      <w:sz w:val="2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ormCell">
    <w:name w:val="Form Cell"/>
    <w:basedOn w:val="Normal"/>
    <w:pPr>
      <w:spacing w:before="60" w:after="60" w:line="264" w:lineRule="auto"/>
    </w:pPr>
    <w:rPr>
      <w:b w:val="0"/>
      <w:sz w:val="18"/>
    </w:rPr>
  </w:style>
  <w:style w:type="paragraph" w:customStyle="1" w:styleId="FormLabel">
    <w:name w:val="Form Label"/>
    <w:basedOn w:val="Normal"/>
    <w:pPr>
      <w:spacing w:before="60" w:after="60" w:line="264" w:lineRule="auto"/>
    </w:pPr>
    <w:rPr>
      <w:b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이력서 기본양식</dc:title>
  <dc:subject>가오픈 제공 일반 이력서 양식</dc:subject>
  <dc:creator/>
  <cp:keywords/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